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D2CDA" w14:textId="294F5448" w:rsidR="004769FC" w:rsidRPr="00BC47A0" w:rsidRDefault="003F1BEE" w:rsidP="009D1BB7">
      <w:pPr>
        <w:pStyle w:val="Heading1"/>
        <w:spacing w:before="0"/>
        <w:rPr>
          <w:color w:val="000000" w:themeColor="text1"/>
          <w:sz w:val="24"/>
          <w:szCs w:val="24"/>
        </w:rPr>
      </w:pPr>
      <w:r w:rsidRPr="00BC47A0">
        <w:rPr>
          <w:color w:val="000000" w:themeColor="text1"/>
          <w:sz w:val="24"/>
          <w:szCs w:val="24"/>
        </w:rPr>
        <w:t xml:space="preserve">Confirmation Letter for Novo Nordisk Foundation Postdoctoral Fellowship Support </w:t>
      </w:r>
    </w:p>
    <w:p w14:paraId="4C55A20C" w14:textId="77777777" w:rsidR="006755F4" w:rsidRDefault="006755F4"/>
    <w:p w14:paraId="1C0E6D1B" w14:textId="0E61786D" w:rsidR="004769FC" w:rsidRDefault="003F1BEE">
      <w:r>
        <w:t>To whom it may concern,</w:t>
      </w:r>
    </w:p>
    <w:p w14:paraId="707C6A57" w14:textId="435BC390" w:rsidR="004769FC" w:rsidRDefault="003F1BEE">
      <w:r>
        <w:t>The [</w:t>
      </w:r>
      <w:r w:rsidRPr="00BC47A0">
        <w:rPr>
          <w:b/>
          <w:bCs/>
        </w:rPr>
        <w:t>Home Institution full name</w:t>
      </w:r>
      <w:r>
        <w:t>] (</w:t>
      </w:r>
      <w:r w:rsidRPr="00BC47A0">
        <w:rPr>
          <w:b/>
          <w:bCs/>
        </w:rPr>
        <w:t>Home Institution acronym</w:t>
      </w:r>
      <w:r>
        <w:t>) hereby confirms that, as part of the Novo Nordisk Foundation–funded postdoctoral fellowship awarded to [</w:t>
      </w:r>
      <w:r w:rsidRPr="00BC47A0">
        <w:rPr>
          <w:b/>
          <w:bCs/>
        </w:rPr>
        <w:t>Fellow’s full name</w:t>
      </w:r>
      <w:r>
        <w:t xml:space="preserve">] (fellow), a total amount of DKK </w:t>
      </w:r>
      <w:r w:rsidRPr="009D1BB7">
        <w:t>[</w:t>
      </w:r>
      <w:r w:rsidRPr="009D1BB7">
        <w:rPr>
          <w:b/>
          <w:bCs/>
        </w:rPr>
        <w:t>Total Amount</w:t>
      </w:r>
      <w:r w:rsidRPr="009D1BB7">
        <w:t>]</w:t>
      </w:r>
      <w:r>
        <w:t xml:space="preserve"> is allocated to the </w:t>
      </w:r>
      <w:r w:rsidR="00381F49">
        <w:rPr>
          <w:b/>
          <w:bCs/>
        </w:rPr>
        <w:t xml:space="preserve">Massachusetts Institute of Technology </w:t>
      </w:r>
      <w:r>
        <w:t>(</w:t>
      </w:r>
      <w:r w:rsidR="00381F49">
        <w:rPr>
          <w:b/>
          <w:bCs/>
        </w:rPr>
        <w:t>MIT</w:t>
      </w:r>
      <w:r>
        <w:t>) for her/his/their time there from [</w:t>
      </w:r>
      <w:r w:rsidRPr="00BC47A0">
        <w:rPr>
          <w:b/>
          <w:bCs/>
        </w:rPr>
        <w:t>Start Date, e.g., 1 August 2025</w:t>
      </w:r>
      <w:r>
        <w:t>] to [</w:t>
      </w:r>
      <w:r w:rsidRPr="00BC47A0">
        <w:rPr>
          <w:b/>
          <w:bCs/>
        </w:rPr>
        <w:t>End Date, e.g., 31 January 2028</w:t>
      </w:r>
      <w:r>
        <w:t>].</w:t>
      </w:r>
    </w:p>
    <w:p w14:paraId="70087B05" w14:textId="5E2BF8F7" w:rsidR="004769FC" w:rsidRDefault="003F1BEE">
      <w:r>
        <w:t xml:space="preserve">In accordance with Novo Nordisk Foundation requirements, this amount corresponds to a minimum of DKK </w:t>
      </w:r>
      <w:r w:rsidRPr="009D1BB7">
        <w:t>[</w:t>
      </w:r>
      <w:r w:rsidRPr="009D1BB7">
        <w:rPr>
          <w:b/>
          <w:bCs/>
        </w:rPr>
        <w:t>Annual Minimum, e.g., 2</w:t>
      </w:r>
      <w:r w:rsidR="00F23686" w:rsidRPr="009D1BB7">
        <w:rPr>
          <w:b/>
          <w:bCs/>
        </w:rPr>
        <w:t>15,</w:t>
      </w:r>
      <w:r w:rsidRPr="009D1BB7">
        <w:rPr>
          <w:b/>
          <w:bCs/>
        </w:rPr>
        <w:t>000</w:t>
      </w:r>
      <w:r w:rsidRPr="009D1BB7">
        <w:t>]</w:t>
      </w:r>
      <w:r>
        <w:t xml:space="preserve"> per year, which must be allocated in the grant budget for total project-related costs (e.g., operating expenses, equipment, conference participation, travel, publications cost), and a maximum of </w:t>
      </w:r>
      <w:r w:rsidR="00F23686">
        <w:t xml:space="preserve">DKK </w:t>
      </w:r>
      <w:r w:rsidR="00F23686" w:rsidRPr="009D1BB7">
        <w:t>[</w:t>
      </w:r>
      <w:r w:rsidR="00F23686" w:rsidRPr="009D1BB7">
        <w:rPr>
          <w:b/>
          <w:bCs/>
        </w:rPr>
        <w:t>Annual Minimum, 25,000</w:t>
      </w:r>
      <w:r w:rsidR="00F23686" w:rsidRPr="009D1BB7">
        <w:t>]</w:t>
      </w:r>
      <w:r w:rsidR="00F23686">
        <w:t xml:space="preserve"> per year </w:t>
      </w:r>
      <w:r>
        <w:t xml:space="preserve">of </w:t>
      </w:r>
      <w:r w:rsidR="00F23686">
        <w:t xml:space="preserve">MIT’s </w:t>
      </w:r>
      <w:r>
        <w:t>total project-</w:t>
      </w:r>
      <w:r w:rsidR="00FB70ED">
        <w:t>support</w:t>
      </w:r>
      <w:r>
        <w:t xml:space="preserve"> costs. </w:t>
      </w:r>
    </w:p>
    <w:p w14:paraId="106472EB" w14:textId="79B43E02" w:rsidR="004769FC" w:rsidRDefault="003F1BEE">
      <w:r>
        <w:t>This part of the grant, totaling DKK [</w:t>
      </w:r>
      <w:r w:rsidRPr="00BC47A0">
        <w:rPr>
          <w:b/>
          <w:bCs/>
          <w:color w:val="000000" w:themeColor="text1"/>
        </w:rPr>
        <w:t>Total Amount</w:t>
      </w:r>
      <w:r>
        <w:t xml:space="preserve">], will be transferred from </w:t>
      </w:r>
      <w:r w:rsidRPr="009D1BB7">
        <w:t>[</w:t>
      </w:r>
      <w:r w:rsidRPr="009D1BB7">
        <w:rPr>
          <w:b/>
          <w:bCs/>
        </w:rPr>
        <w:t>Home Institution acronym</w:t>
      </w:r>
      <w:r w:rsidRPr="009D1BB7">
        <w:t>]</w:t>
      </w:r>
      <w:r>
        <w:t xml:space="preserve"> to </w:t>
      </w:r>
      <w:r w:rsidR="000458B9">
        <w:t>MIT</w:t>
      </w:r>
      <w:r>
        <w:t xml:space="preserve"> as annual up-front instalments, with timing subject to agreement between both institutions:</w:t>
      </w:r>
    </w:p>
    <w:p w14:paraId="78995DD6" w14:textId="696D22CF" w:rsidR="004769FC" w:rsidRPr="009D1BB7" w:rsidRDefault="003F1BEE">
      <w:pPr>
        <w:pStyle w:val="ListBullet"/>
        <w:rPr>
          <w:b/>
          <w:bCs/>
        </w:rPr>
      </w:pPr>
      <w:r w:rsidRPr="009D1BB7">
        <w:t>[</w:t>
      </w:r>
      <w:r w:rsidRPr="009D1BB7">
        <w:rPr>
          <w:b/>
          <w:bCs/>
        </w:rPr>
        <w:t>Start Date 1</w:t>
      </w:r>
      <w:r w:rsidRPr="009D1BB7">
        <w:t>]</w:t>
      </w:r>
      <w:r>
        <w:t xml:space="preserve"> to </w:t>
      </w:r>
      <w:r w:rsidRPr="009D1BB7">
        <w:t>[</w:t>
      </w:r>
      <w:r w:rsidRPr="009D1BB7">
        <w:rPr>
          <w:b/>
          <w:bCs/>
        </w:rPr>
        <w:t>End Date 1</w:t>
      </w:r>
      <w:r w:rsidRPr="009D1BB7">
        <w:t>]</w:t>
      </w:r>
      <w:r>
        <w:t xml:space="preserve"> – DKK </w:t>
      </w:r>
      <w:r w:rsidRPr="009D1BB7">
        <w:t>[</w:t>
      </w:r>
      <w:r w:rsidR="00BC47A0" w:rsidRPr="009D1BB7">
        <w:rPr>
          <w:b/>
          <w:bCs/>
        </w:rPr>
        <w:t>2</w:t>
      </w:r>
      <w:r w:rsidR="00F23686" w:rsidRPr="009D1BB7">
        <w:rPr>
          <w:b/>
          <w:bCs/>
        </w:rPr>
        <w:t>40</w:t>
      </w:r>
      <w:r w:rsidR="00BC47A0" w:rsidRPr="009D1BB7">
        <w:rPr>
          <w:b/>
          <w:bCs/>
        </w:rPr>
        <w:t>,</w:t>
      </w:r>
      <w:r w:rsidR="00F23686" w:rsidRPr="009D1BB7">
        <w:rPr>
          <w:b/>
          <w:bCs/>
        </w:rPr>
        <w:t>0</w:t>
      </w:r>
      <w:r w:rsidR="00BC47A0" w:rsidRPr="009D1BB7">
        <w:rPr>
          <w:b/>
          <w:bCs/>
        </w:rPr>
        <w:t>00</w:t>
      </w:r>
      <w:r w:rsidRPr="009D1BB7">
        <w:t>]</w:t>
      </w:r>
    </w:p>
    <w:p w14:paraId="2EB1CAFC" w14:textId="1CFEE93D" w:rsidR="004769FC" w:rsidRDefault="003F1BEE">
      <w:pPr>
        <w:pStyle w:val="ListBullet"/>
      </w:pPr>
      <w:r w:rsidRPr="009D1BB7">
        <w:t>[</w:t>
      </w:r>
      <w:r w:rsidRPr="009D1BB7">
        <w:rPr>
          <w:b/>
          <w:bCs/>
        </w:rPr>
        <w:t>Start Date 2</w:t>
      </w:r>
      <w:r w:rsidRPr="009D1BB7">
        <w:t>]</w:t>
      </w:r>
      <w:r>
        <w:t xml:space="preserve"> to </w:t>
      </w:r>
      <w:r w:rsidRPr="009D1BB7">
        <w:t>[</w:t>
      </w:r>
      <w:r w:rsidRPr="009D1BB7">
        <w:rPr>
          <w:b/>
          <w:bCs/>
        </w:rPr>
        <w:t>End Date 2</w:t>
      </w:r>
      <w:r w:rsidRPr="009D1BB7">
        <w:t>]</w:t>
      </w:r>
      <w:r w:rsidRPr="009D1BB7">
        <w:rPr>
          <w:b/>
          <w:bCs/>
        </w:rPr>
        <w:t xml:space="preserve"> </w:t>
      </w:r>
      <w:r>
        <w:t xml:space="preserve">– DKK </w:t>
      </w:r>
      <w:r w:rsidRPr="009D1BB7">
        <w:t>[</w:t>
      </w:r>
      <w:r w:rsidR="00BC47A0" w:rsidRPr="009D1BB7">
        <w:rPr>
          <w:b/>
          <w:bCs/>
        </w:rPr>
        <w:t>2</w:t>
      </w:r>
      <w:r w:rsidR="00F23686" w:rsidRPr="009D1BB7">
        <w:rPr>
          <w:b/>
          <w:bCs/>
        </w:rPr>
        <w:t>40</w:t>
      </w:r>
      <w:r w:rsidR="00BC47A0" w:rsidRPr="009D1BB7">
        <w:rPr>
          <w:b/>
          <w:bCs/>
        </w:rPr>
        <w:t>,</w:t>
      </w:r>
      <w:r w:rsidR="00F23686" w:rsidRPr="009D1BB7">
        <w:rPr>
          <w:b/>
          <w:bCs/>
        </w:rPr>
        <w:t>0</w:t>
      </w:r>
      <w:r w:rsidR="00BC47A0" w:rsidRPr="009D1BB7">
        <w:rPr>
          <w:b/>
          <w:bCs/>
        </w:rPr>
        <w:t>00</w:t>
      </w:r>
      <w:r w:rsidRPr="009D1BB7">
        <w:t>]</w:t>
      </w:r>
    </w:p>
    <w:p w14:paraId="75C50321" w14:textId="14DEC99C" w:rsidR="004769FC" w:rsidRDefault="003F1BEE">
      <w:pPr>
        <w:pStyle w:val="ListBullet"/>
      </w:pPr>
      <w:r w:rsidRPr="009D1BB7">
        <w:t>[</w:t>
      </w:r>
      <w:r w:rsidRPr="009D1BB7">
        <w:rPr>
          <w:b/>
          <w:bCs/>
        </w:rPr>
        <w:t>Start Date 3</w:t>
      </w:r>
      <w:r w:rsidRPr="009D1BB7">
        <w:t>]</w:t>
      </w:r>
      <w:r>
        <w:t xml:space="preserve"> to </w:t>
      </w:r>
      <w:r w:rsidRPr="009D1BB7">
        <w:t>[</w:t>
      </w:r>
      <w:r w:rsidRPr="009D1BB7">
        <w:rPr>
          <w:b/>
          <w:bCs/>
        </w:rPr>
        <w:t>End Date 3</w:t>
      </w:r>
      <w:r w:rsidRPr="009D1BB7">
        <w:t>]</w:t>
      </w:r>
      <w:r>
        <w:t xml:space="preserve"> – DKK </w:t>
      </w:r>
      <w:r w:rsidRPr="009D1BB7">
        <w:t>[</w:t>
      </w:r>
      <w:r w:rsidR="00BC47A0" w:rsidRPr="009D1BB7">
        <w:rPr>
          <w:b/>
          <w:bCs/>
        </w:rPr>
        <w:t>2</w:t>
      </w:r>
      <w:r w:rsidR="00F23686" w:rsidRPr="009D1BB7">
        <w:rPr>
          <w:b/>
          <w:bCs/>
        </w:rPr>
        <w:t>40</w:t>
      </w:r>
      <w:r w:rsidR="00BC47A0" w:rsidRPr="009D1BB7">
        <w:rPr>
          <w:b/>
          <w:bCs/>
        </w:rPr>
        <w:t>,</w:t>
      </w:r>
      <w:r w:rsidR="00F23686" w:rsidRPr="009D1BB7">
        <w:rPr>
          <w:b/>
          <w:bCs/>
        </w:rPr>
        <w:t>0</w:t>
      </w:r>
      <w:r w:rsidR="00BC47A0" w:rsidRPr="009D1BB7">
        <w:rPr>
          <w:b/>
          <w:bCs/>
        </w:rPr>
        <w:t>00</w:t>
      </w:r>
      <w:r w:rsidRPr="009D1BB7">
        <w:t>]</w:t>
      </w:r>
    </w:p>
    <w:p w14:paraId="2216042C" w14:textId="45487455" w:rsidR="004769FC" w:rsidRDefault="003F1BEE">
      <w:r>
        <w:t xml:space="preserve">While the fellow is at </w:t>
      </w:r>
      <w:r w:rsidR="000458B9">
        <w:t xml:space="preserve">MIT, </w:t>
      </w:r>
      <w:r>
        <w:t xml:space="preserve">their salary, relocation expenses, and living abroad expenses will be provided directly to the fellow from the </w:t>
      </w:r>
      <w:r w:rsidRPr="009D1BB7">
        <w:t>[</w:t>
      </w:r>
      <w:r w:rsidRPr="009D1BB7">
        <w:rPr>
          <w:b/>
          <w:bCs/>
        </w:rPr>
        <w:t>Home Institution acronym</w:t>
      </w:r>
      <w:r w:rsidRPr="009D1BB7">
        <w:t>]</w:t>
      </w:r>
      <w:r>
        <w:t xml:space="preserve"> portion of the Novo Nordisk Foundation funding. The fellow will cover health insurance costs from this funding.</w:t>
      </w:r>
    </w:p>
    <w:p w14:paraId="41AAD723" w14:textId="0AD5CA63" w:rsidR="004769FC" w:rsidRDefault="003F1BEE">
      <w:r>
        <w:t xml:space="preserve">In addition, any Intellectual Property related to the project is subject to the IPIA terms within the non-profit sponsor section B on the Inventions and Proprietary Information Agreement for Visitors and Research Affiliate Appointments provided by </w:t>
      </w:r>
      <w:r w:rsidR="00381F49">
        <w:t xml:space="preserve">MIT. </w:t>
      </w:r>
    </w:p>
    <w:p w14:paraId="520C3AAC" w14:textId="77777777" w:rsidR="004769FC" w:rsidRDefault="003F1BEE">
      <w:r>
        <w:t>Please do not hesitate to contact us if further information is needed.</w:t>
      </w:r>
    </w:p>
    <w:p w14:paraId="3A33B3F9" w14:textId="521EE6CF" w:rsidR="004769FC" w:rsidRDefault="003F1BEE">
      <w:r>
        <w:t>Sincerely,</w:t>
      </w:r>
    </w:p>
    <w:p w14:paraId="6C8C28FA" w14:textId="10AAA0B0" w:rsidR="004769FC" w:rsidRDefault="009D1BB7">
      <w:pPr>
        <w:rPr>
          <w:b/>
          <w:bCs/>
        </w:rPr>
      </w:pPr>
      <w:r w:rsidRPr="009D1BB7">
        <w:t>[</w:t>
      </w:r>
      <w:r>
        <w:rPr>
          <w:b/>
          <w:bCs/>
        </w:rPr>
        <w:t>signature</w:t>
      </w:r>
      <w:r w:rsidRPr="009D1BB7">
        <w:t>]</w:t>
      </w:r>
    </w:p>
    <w:p w14:paraId="6F782E65" w14:textId="3AD47897" w:rsidR="00396D23" w:rsidRDefault="009D1BB7">
      <w:pPr>
        <w:rPr>
          <w:b/>
          <w:bCs/>
        </w:rPr>
      </w:pPr>
      <w:r w:rsidRPr="009D1BB7">
        <w:t>[</w:t>
      </w:r>
      <w:r>
        <w:rPr>
          <w:b/>
          <w:bCs/>
        </w:rPr>
        <w:t>name, title, date</w:t>
      </w:r>
      <w:r w:rsidRPr="009D1BB7">
        <w:t>]</w:t>
      </w:r>
    </w:p>
    <w:p w14:paraId="4E242445" w14:textId="77777777" w:rsidR="009D1BB7" w:rsidRPr="009D1BB7" w:rsidRDefault="009D1BB7" w:rsidP="009D1BB7">
      <w:pPr>
        <w:spacing w:after="0"/>
        <w:rPr>
          <w:b/>
          <w:bCs/>
        </w:rPr>
      </w:pPr>
    </w:p>
    <w:p w14:paraId="2E283005" w14:textId="04FB61CF" w:rsidR="00396D23" w:rsidRDefault="00396D23">
      <w:r>
        <w:t>Acknowledged by MIT Research Administration Services:</w:t>
      </w:r>
    </w:p>
    <w:p w14:paraId="095BBC9F" w14:textId="77777777" w:rsidR="009D1BB7" w:rsidRDefault="009D1BB7" w:rsidP="009D1BB7">
      <w:pPr>
        <w:rPr>
          <w:b/>
          <w:bCs/>
        </w:rPr>
      </w:pPr>
      <w:r w:rsidRPr="009D1BB7">
        <w:t>[</w:t>
      </w:r>
      <w:r>
        <w:rPr>
          <w:b/>
          <w:bCs/>
        </w:rPr>
        <w:t>signature</w:t>
      </w:r>
      <w:r w:rsidRPr="009D1BB7">
        <w:t>]</w:t>
      </w:r>
    </w:p>
    <w:p w14:paraId="47685A44" w14:textId="068972D0" w:rsidR="009D1BB7" w:rsidRPr="009D1BB7" w:rsidRDefault="009D1BB7" w:rsidP="009D1BB7">
      <w:pPr>
        <w:spacing w:after="0"/>
        <w:rPr>
          <w:b/>
          <w:bCs/>
        </w:rPr>
      </w:pPr>
      <w:r w:rsidRPr="009D1BB7">
        <w:t>[</w:t>
      </w:r>
      <w:r>
        <w:rPr>
          <w:b/>
          <w:bCs/>
        </w:rPr>
        <w:t>name, title, date</w:t>
      </w:r>
      <w:r w:rsidRPr="009D1BB7">
        <w:t>]</w:t>
      </w:r>
    </w:p>
    <w:sectPr w:rsidR="009D1BB7" w:rsidRPr="009D1BB7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A1BE1" w14:textId="77777777" w:rsidR="00F77EAB" w:rsidRDefault="00F77EAB" w:rsidP="00396D23">
      <w:pPr>
        <w:spacing w:after="0" w:line="240" w:lineRule="auto"/>
      </w:pPr>
      <w:r>
        <w:separator/>
      </w:r>
    </w:p>
  </w:endnote>
  <w:endnote w:type="continuationSeparator" w:id="0">
    <w:p w14:paraId="3B581FE2" w14:textId="77777777" w:rsidR="00F77EAB" w:rsidRDefault="00F77EAB" w:rsidP="0039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8B6A9" w14:textId="77777777" w:rsidR="00F77EAB" w:rsidRDefault="00F77EAB" w:rsidP="00396D23">
      <w:pPr>
        <w:spacing w:after="0" w:line="240" w:lineRule="auto"/>
      </w:pPr>
      <w:r>
        <w:separator/>
      </w:r>
    </w:p>
  </w:footnote>
  <w:footnote w:type="continuationSeparator" w:id="0">
    <w:p w14:paraId="043A094D" w14:textId="77777777" w:rsidR="00F77EAB" w:rsidRDefault="00F77EAB" w:rsidP="00396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E4692" w14:textId="254D6A1A" w:rsidR="00396D23" w:rsidRDefault="00396D23">
    <w:pPr>
      <w:pStyle w:val="Header"/>
    </w:pPr>
    <w:r>
      <w:t>(please place on institutional letterhead)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7351487">
    <w:abstractNumId w:val="8"/>
  </w:num>
  <w:num w:numId="2" w16cid:durableId="2100712492">
    <w:abstractNumId w:val="6"/>
  </w:num>
  <w:num w:numId="3" w16cid:durableId="2012441740">
    <w:abstractNumId w:val="5"/>
  </w:num>
  <w:num w:numId="4" w16cid:durableId="1669014188">
    <w:abstractNumId w:val="4"/>
  </w:num>
  <w:num w:numId="5" w16cid:durableId="1766728899">
    <w:abstractNumId w:val="7"/>
  </w:num>
  <w:num w:numId="6" w16cid:durableId="319578854">
    <w:abstractNumId w:val="3"/>
  </w:num>
  <w:num w:numId="7" w16cid:durableId="1786345760">
    <w:abstractNumId w:val="2"/>
  </w:num>
  <w:num w:numId="8" w16cid:durableId="1883395056">
    <w:abstractNumId w:val="1"/>
  </w:num>
  <w:num w:numId="9" w16cid:durableId="1846238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8B9"/>
    <w:rsid w:val="0006063C"/>
    <w:rsid w:val="000865CF"/>
    <w:rsid w:val="0015074B"/>
    <w:rsid w:val="001C58F5"/>
    <w:rsid w:val="001D6B01"/>
    <w:rsid w:val="00246882"/>
    <w:rsid w:val="0029639D"/>
    <w:rsid w:val="00326F90"/>
    <w:rsid w:val="00381F49"/>
    <w:rsid w:val="00396D23"/>
    <w:rsid w:val="003C56E0"/>
    <w:rsid w:val="003F1BEE"/>
    <w:rsid w:val="004769FC"/>
    <w:rsid w:val="004D68F0"/>
    <w:rsid w:val="00546953"/>
    <w:rsid w:val="005D7C9B"/>
    <w:rsid w:val="00607911"/>
    <w:rsid w:val="006755F4"/>
    <w:rsid w:val="006B3697"/>
    <w:rsid w:val="00841BD1"/>
    <w:rsid w:val="008B52C6"/>
    <w:rsid w:val="00942E79"/>
    <w:rsid w:val="00985B08"/>
    <w:rsid w:val="0099776E"/>
    <w:rsid w:val="009D1BB7"/>
    <w:rsid w:val="009F62D1"/>
    <w:rsid w:val="00AA1D8D"/>
    <w:rsid w:val="00AB1485"/>
    <w:rsid w:val="00B47730"/>
    <w:rsid w:val="00B509A6"/>
    <w:rsid w:val="00BC47A0"/>
    <w:rsid w:val="00C12745"/>
    <w:rsid w:val="00CB0664"/>
    <w:rsid w:val="00CE46D3"/>
    <w:rsid w:val="00D720D2"/>
    <w:rsid w:val="00E4621D"/>
    <w:rsid w:val="00EF1CF4"/>
    <w:rsid w:val="00F23686"/>
    <w:rsid w:val="00F77EAB"/>
    <w:rsid w:val="00F9672C"/>
    <w:rsid w:val="00FB70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A729AE"/>
  <w14:defaultImageDpi w14:val="300"/>
  <w15:docId w15:val="{D48AC22E-5FF6-3C4E-AD90-0B7ED10B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D1B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B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B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B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1693</Characters>
  <Application>Microsoft Office Word</Application>
  <DocSecurity>0</DocSecurity>
  <Lines>34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Novo Nordisk Confirmation Letter - February 2026</vt:lpstr>
    </vt:vector>
  </TitlesOfParts>
  <Manager/>
  <Company/>
  <LinksUpToDate>false</LinksUpToDate>
  <CharactersWithSpaces>1971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Novo Nordisk Confirmation Award Letter - February 2026</dc:title>
  <dc:subject>Novo Nordisk Confirmation Award Letter </dc:subject>
  <dc:creator>Meredith Hanna</dc:creator>
  <cp:keywords>Novo Nordisk, fellowship</cp:keywords>
  <dc:description/>
  <cp:lastModifiedBy>Emma Boettcher</cp:lastModifiedBy>
  <cp:revision>5</cp:revision>
  <dcterms:created xsi:type="dcterms:W3CDTF">2026-02-27T14:28:00Z</dcterms:created>
  <dcterms:modified xsi:type="dcterms:W3CDTF">2026-02-27T16:16:00Z</dcterms:modified>
  <cp:category/>
</cp:coreProperties>
</file>